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2"/>
        </w:rPr>
        <w:t>SHOHOJ SHOP CLOTHING LTD.</w:t>
      </w:r>
    </w:p>
    <w:p>
      <w:pPr>
        <w:jc w:val="center"/>
      </w:pPr>
      <w:r>
        <w:rPr>
          <w:rFonts w:ascii="Noto Sans Bengali" w:hAnsi="Noto Sans Bengali" w:eastAsia="Noto Sans Bengali"/>
          <w:b/>
          <w:sz w:val="50"/>
        </w:rPr>
        <w:t>ইন্সটলেশন ও মেইনটেন্যান্স গাইড</w:t>
      </w:r>
    </w:p>
    <w:p>
      <w:pPr>
        <w:jc w:val="center"/>
      </w:pPr>
      <w:r>
        <w:rPr>
          <w:rFonts w:ascii="Noto Sans Bengali" w:hAnsi="Noto Sans Bengali" w:eastAsia="Noto Sans Bengali"/>
          <w:sz w:val="24"/>
        </w:rPr>
        <w:t>Local UAT / Trial Package - Maintenance Team Edition</w:t>
      </w:r>
    </w:p>
    <w:p>
      <w:pPr>
        <w:jc w:val="center"/>
      </w:pPr>
      <w:r>
        <w:t>Project Reference: HRPAY-BMD-20260911-01</w:t>
      </w:r>
    </w:p>
    <w:p>
      <w:pPr>
        <w:jc w:val="center"/>
      </w:pPr>
      <w:r>
        <w:t>UAT Version: v0.39.4-dev Consolidated</w:t>
      </w:r>
    </w:p>
    <w:p>
      <w:pPr>
        <w:jc w:val="center"/>
      </w:pPr>
      <w:r>
        <w:t>Company Address: 23/8 Khilji Road, Block B, Mohammadpur, Dhaka 1207</w:t>
      </w:r>
    </w:p>
    <w:p>
      <w:r>
        <w:br w:type="page"/>
      </w:r>
    </w:p>
    <w:p>
      <w:pPr>
        <w:pStyle w:val="Heading1"/>
      </w:pPr>
      <w:r>
        <w:t>১. এই প্যাকেজের উদ্দেশ্য</w:t>
      </w:r>
    </w:p>
    <w:p>
      <w:r>
        <w:rPr>
          <w:rFonts w:ascii="Noto Sans Bengali" w:hAnsi="Noto Sans Bengali" w:eastAsia="Noto Sans Bengali"/>
        </w:rPr>
        <w:t>এই Trial Package-টি Final Delivery-এর কাঠামোর কাছাকাছি রেখে প্রস্তুত করা হয়েছে, যাতে আপনার Maintenance Team Local Server-এ Software setup করে source code, database connection, workflow এবং role-based operation বাস্তবে পরীক্ষা করতে পারে। কয়েকদিনের UAT শেষে পাওয়া Bug/Correction অনুযায়ী পরবর্তী patch তৈরি করা হবে।</w:t>
      </w:r>
    </w:p>
    <w:p>
      <w:pPr>
        <w:pStyle w:val="Heading1"/>
      </w:pPr>
      <w:r>
        <w:t>২. বর্তমান Technology Stack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Layer</w:t>
            </w:r>
          </w:p>
        </w:tc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Technology</w:t>
            </w:r>
          </w:p>
        </w:tc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Maintenance Note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Application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Python 3.13 + Django 5.2 LTS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PHP team-এর জন্য Controller/ORM/Template mapping নিচে দেওয়া আছে।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Database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PostgreSQL (recommended)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বর্তমান architecture Microsoft SQL Server ব্যবহার করে না।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Local Quick Test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SQLite (optional)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শুধু দ্রুত smoke test; final-like UAT-এর জন্য PostgreSQL ব্যবহার করুন।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PDF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ReportLab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Payslip PDF generation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UI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Django server-rendered HTML/CSS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Simple, conventional, dependency-light structure</w:t>
            </w:r>
          </w:p>
        </w:tc>
      </w:tr>
    </w:tbl>
    <w:p/>
    <w:p>
      <w:r>
        <w:rPr>
          <w:rFonts w:ascii="Noto Sans Bengali" w:hAnsi="Noto Sans Bengali" w:eastAsia="Noto Sans Bengali"/>
        </w:rPr>
        <w:t>গুরুত্বপূর্ণ: আপনার Maintenance Team SQL Server-এ অভ্যস্ত হলেও এই Project-এর অনুমোদিত architecture PostgreSQL-ভিত্তিক। Final release-এর আগে যদি SQL Server বাধ্যতামূলক করার সিদ্ধান্ত হয়, সেটি আলাদা architecture change হিসেবে নিতে হবে; UAT চলাকালে database engine silently পরিবর্তন করা হবে না।</w:t>
      </w:r>
    </w:p>
    <w:p>
      <w:pPr>
        <w:pStyle w:val="Heading1"/>
      </w:pPr>
      <w:r>
        <w:t>৩. Recommended Local Server Configuration</w:t>
      </w:r>
    </w:p>
    <w:p>
      <w:pPr>
        <w:pStyle w:val="ListBullet"/>
      </w:pPr>
      <w:r>
        <w:rPr>
          <w:rFonts w:ascii="Noto Sans Bengali" w:hAnsi="Noto Sans Bengali" w:eastAsia="Noto Sans Bengali"/>
        </w:rPr>
        <w:t>Windows 10/11 Pro বা Windows Server 2019/2022/2025 64-bit (Local UAT-এর জন্য)।</w:t>
      </w:r>
    </w:p>
    <w:p>
      <w:pPr>
        <w:pStyle w:val="ListBullet"/>
      </w:pPr>
      <w:r>
        <w:rPr>
          <w:rFonts w:ascii="Noto Sans Bengali" w:hAnsi="Noto Sans Bengali" w:eastAsia="Noto Sans Bengali"/>
        </w:rPr>
        <w:t>Python 3.13 64-bit - install করার সময় “Add Python to PATH” নির্বাচন করুন।</w:t>
      </w:r>
    </w:p>
    <w:p>
      <w:pPr>
        <w:pStyle w:val="ListBullet"/>
      </w:pPr>
      <w:r>
        <w:rPr>
          <w:rFonts w:ascii="Noto Sans Bengali" w:hAnsi="Noto Sans Bengali" w:eastAsia="Noto Sans Bengali"/>
        </w:rPr>
        <w:t>PostgreSQL 18 + pgAdmin (production-like UAT-এর জন্য recommended)।</w:t>
      </w:r>
    </w:p>
    <w:p>
      <w:pPr>
        <w:pStyle w:val="ListBullet"/>
      </w:pPr>
      <w:r>
        <w:rPr>
          <w:rFonts w:ascii="Noto Sans Bengali" w:hAnsi="Noto Sans Bengali" w:eastAsia="Noto Sans Bengali"/>
        </w:rPr>
        <w:t>কমপক্ষে 8 GB RAM, 10 GB free disk space; backup-এর জন্য অতিরিক্ত disk space রাখুন।</w:t>
      </w:r>
    </w:p>
    <w:p>
      <w:pPr>
        <w:pStyle w:val="ListBullet"/>
      </w:pPr>
      <w:r>
        <w:rPr>
          <w:rFonts w:ascii="Noto Sans Bengali" w:hAnsi="Noto Sans Bengali" w:eastAsia="Noto Sans Bengali"/>
        </w:rPr>
        <w:t>Private LAN connectivity, যদি একাধিক colleague browser থেকে test করে।</w:t>
      </w:r>
    </w:p>
    <w:p>
      <w:pPr>
        <w:pStyle w:val="ListBullet"/>
      </w:pPr>
      <w:r>
        <w:rPr>
          <w:rFonts w:ascii="Noto Sans Bengali" w:hAnsi="Noto Sans Bengali" w:eastAsia="Noto Sans Bengali"/>
        </w:rPr>
        <w:t>প্রথম setup-এ Python packages install করার জন্য internet access প্রয়োজন হতে পারে।</w:t>
      </w:r>
    </w:p>
    <w:p>
      <w:pPr>
        <w:pStyle w:val="Heading1"/>
      </w:pPr>
      <w:r>
        <w:t>৪. Package Extract</w:t>
      </w:r>
    </w:p>
    <w:p>
      <w:pPr>
        <w:pStyle w:val="ListNumber"/>
      </w:pPr>
      <w:r>
        <w:rPr>
          <w:rFonts w:ascii="Noto Sans Bengali" w:hAnsi="Noto Sans Bengali" w:eastAsia="Noto Sans Bengali"/>
        </w:rPr>
        <w:t>ZIP fileটি Local Server-এ কপি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উদাহরণ path: C:\HRPAY-UAT\HR-Payroll-v0.39.4-dev</w:t>
      </w:r>
    </w:p>
    <w:p>
      <w:pPr>
        <w:pStyle w:val="ListNumber"/>
      </w:pPr>
      <w:r>
        <w:rPr>
          <w:rFonts w:ascii="Noto Sans Bengali" w:hAnsi="Noto Sans Bengali" w:eastAsia="Noto Sans Bengali"/>
        </w:rPr>
        <w:t>ZIP-এর ভিতর থেকে সরাসরি .bat file চালাবেন না; আগে সম্পূর্ণ Extract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Folder permission এমন রাখুন যাতে server operator read/write করতে পারে।</w:t>
      </w:r>
    </w:p>
    <w:p>
      <w:pPr>
        <w:pStyle w:val="Heading1"/>
      </w:pPr>
      <w:r>
        <w:t>৫. PostgreSQL Database তৈরি</w:t>
      </w:r>
    </w:p>
    <w:p>
      <w:r>
        <w:rPr>
          <w:rFonts w:ascii="Noto Sans Bengali" w:hAnsi="Noto Sans Bengali" w:eastAsia="Noto Sans Bengali"/>
        </w:rPr>
        <w:t>সবচেয়ে সহজ পদ্ধতি pgAdmin ব্যবহার করা।</w:t>
      </w:r>
    </w:p>
    <w:p>
      <w:pPr>
        <w:pStyle w:val="ListNumber"/>
      </w:pPr>
      <w:r>
        <w:rPr>
          <w:rFonts w:ascii="Noto Sans Bengali" w:hAnsi="Noto Sans Bengali" w:eastAsia="Noto Sans Bengali"/>
        </w:rPr>
        <w:t>pgAdmin খুলে Login/Group Role তৈরি করুন: hrpay_uat</w:t>
      </w:r>
    </w:p>
    <w:p>
      <w:pPr>
        <w:pStyle w:val="ListNumber"/>
      </w:pPr>
      <w:r>
        <w:rPr>
          <w:rFonts w:ascii="Noto Sans Bengali" w:hAnsi="Noto Sans Bengali" w:eastAsia="Noto Sans Bengali"/>
        </w:rPr>
        <w:t>একটি strong password দিন এবং Can Login = Yes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Database তৈরি করুন: hrpay_uat</w:t>
      </w:r>
    </w:p>
    <w:p>
      <w:pPr>
        <w:pStyle w:val="ListNumber"/>
      </w:pPr>
      <w:r>
        <w:rPr>
          <w:rFonts w:ascii="Noto Sans Bengali" w:hAnsi="Noto Sans Bengali" w:eastAsia="Noto Sans Bengali"/>
        </w:rPr>
        <w:t>Database owner হিসেবে hrpay_uat নির্বাচন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Host সাধারণত 127.0.0.1 এবং Port সাধারণত 5432।</w:t>
      </w:r>
    </w:p>
    <w:p>
      <w:pPr>
        <w:pStyle w:val="ListNumber"/>
      </w:pPr>
      <w:r>
        <w:rPr>
          <w:rFonts w:ascii="Noto Sans Bengali" w:hAnsi="Noto Sans Bengali" w:eastAsia="Noto Sans Bengali"/>
        </w:rPr>
        <w:t>Package-এর DATABASE-POSTGRESQL-SETUP.txt ফাইলেও একই নির্দেশনা আছে।</w:t>
      </w:r>
    </w:p>
    <w:p>
      <w:pPr>
        <w:pStyle w:val="Heading1"/>
      </w:pPr>
      <w:r>
        <w:t>৬. Windows First Setup</w:t>
      </w:r>
    </w:p>
    <w:p>
      <w:pPr>
        <w:pStyle w:val="ListNumber"/>
      </w:pPr>
      <w:r>
        <w:rPr>
          <w:rFonts w:ascii="Noto Sans Bengali" w:hAnsi="Noto Sans Bengali" w:eastAsia="Noto Sans Bengali"/>
        </w:rPr>
        <w:t>01-SETUP-LOCAL-UAT-WINDOWS.bat ডাবল-ক্লিক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Database mode-এ 1 = PostgreSQL নির্বাচন করুন। 2 = SQLite শুধু quick smoke test-এর জন্য।</w:t>
      </w:r>
    </w:p>
    <w:p>
      <w:pPr>
        <w:pStyle w:val="ListNumber"/>
      </w:pPr>
      <w:r>
        <w:rPr>
          <w:rFonts w:ascii="Noto Sans Bengali" w:hAnsi="Noto Sans Bengali" w:eastAsia="Noto Sans Bengali"/>
        </w:rPr>
        <w:t>Colleague-রা LAN থেকে access করলে Local Server-এর IPv4 address লিখুন, যেমন 192.168.1.50।</w:t>
      </w:r>
    </w:p>
    <w:p>
      <w:pPr>
        <w:pStyle w:val="ListNumber"/>
      </w:pPr>
      <w:r>
        <w:rPr>
          <w:rFonts w:ascii="Noto Sans Bengali" w:hAnsi="Noto Sans Bengali" w:eastAsia="Noto Sans Bengali"/>
        </w:rPr>
        <w:t>PostgreSQL database name/user/password/host/port দিন।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Script Python virtual environment তৈরি করবে এবং dependencies install করবে।</w:t>
      </w:r>
    </w:p>
    <w:p>
      <w:pPr>
        <w:pStyle w:val="ListNumber"/>
      </w:pPr>
      <w:r>
        <w:rPr>
          <w:rFonts w:ascii="Noto Sans Bengali" w:hAnsi="Noto Sans Bengali" w:eastAsia="Noto Sans Bengali"/>
        </w:rPr>
        <w:t>এই UAT build-এ reviewed/frozen migration files ছাড়া setup এগোবে না। Migration snapshot freeze করার পর script drift check করে migration apply করবে এবং standard roles/master data/sample data তৈরি করবে।</w:t>
      </w:r>
    </w:p>
    <w:p>
      <w:pPr>
        <w:pStyle w:val="ListNumber"/>
      </w:pPr>
      <w:r>
        <w:rPr>
          <w:rFonts w:ascii="Noto Sans Bengali" w:hAnsi="Noto Sans Bengali" w:eastAsia="Noto Sans Bengali"/>
        </w:rPr>
        <w:t>শেষে প্রথম Super Admin username/password আপনারা নিজেরা সেট করবেন।</w:t>
      </w:r>
    </w:p>
    <w:p>
      <w:pPr>
        <w:pStyle w:val="Heading1"/>
      </w:pPr>
      <w:r>
        <w:t>৭. Trial Demo Accounts</w:t>
      </w:r>
    </w:p>
    <w:p>
      <w:r>
        <w:rPr>
          <w:rFonts w:ascii="Noto Sans Bengali" w:hAnsi="Noto Sans Bengali" w:eastAsia="Noto Sans Bengali"/>
        </w:rPr>
        <w:t>Local UAT-এর সুবিধার জন্য নিচের role accounts demo data setup-এর সময় তৈরি হয়। এগুলো Production-এ রাখা যাবে না।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Username</w:t>
            </w:r>
          </w:p>
        </w:tc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Role / Purpose</w:t>
            </w:r>
          </w:p>
        </w:tc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Trial Password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uat.hr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HR Admin + sample Manager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UAT-ChangeMe-2026!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uat.accounts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Accounts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UAT-ChangeMe-2026!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uat.payroll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Payroll Officer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UAT-ChangeMe-2026!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uat.it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IT clearance role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UAT-ChangeMe-2026!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uat.employee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Employee Self-Service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UAT-ChangeMe-2026!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uat.employee2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Second Employee scenario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UAT-ChangeMe-2026!</w:t>
            </w:r>
          </w:p>
        </w:tc>
      </w:tr>
    </w:tbl>
    <w:p/>
    <w:p>
      <w:r>
        <w:rPr>
          <w:rFonts w:ascii="Noto Sans Bengali" w:hAnsi="Noto Sans Bengali" w:eastAsia="Noto Sans Bengali"/>
        </w:rPr>
        <w:t>Production/Final Go-Live-এর আগে সব UAT account delete/disable করতে হবে এবং real user accounts তৈরি করতে হবে।</w:t>
      </w:r>
    </w:p>
    <w:p>
      <w:pPr>
        <w:pStyle w:val="Heading1"/>
      </w:pPr>
      <w:r>
        <w:t>৮. Software Start করা</w:t>
      </w:r>
    </w:p>
    <w:p>
      <w:pPr>
        <w:pStyle w:val="Heading2"/>
      </w:pPr>
      <w:r>
        <w:t>৮.১ Server PC-তে একা test</w:t>
      </w:r>
    </w:p>
    <w:p>
      <w:r>
        <w:rPr>
          <w:rFonts w:ascii="Noto Sans Bengali" w:hAnsi="Noto Sans Bengali" w:eastAsia="Noto Sans Bengali"/>
        </w:rPr>
        <w:t>02-START-LOCAL-UAT-WINDOWS.bat চালান। Browser URL: http://127.0.0.1:8000/login/</w:t>
      </w:r>
    </w:p>
    <w:p>
      <w:pPr>
        <w:pStyle w:val="Heading2"/>
      </w:pPr>
      <w:r>
        <w:t>৮.২ একই LAN-এর একাধিক PC থেকে test</w:t>
      </w:r>
    </w:p>
    <w:p>
      <w:r>
        <w:rPr>
          <w:rFonts w:ascii="Noto Sans Bengali" w:hAnsi="Noto Sans Bengali" w:eastAsia="Noto Sans Bengali"/>
        </w:rPr>
        <w:t>02B-START-LOCAL-UAT-LAN-WINDOWS.bat চালান। অন্য PC থেকে http://SERVER-IP:8000/login/ খুলুন। Windows Firewall port 8000 block করলে Private Network-এর জন্য TCP 8000 allow করতে হবে। Public internet-এ port 8000 expose করবেন না।</w:t>
      </w:r>
    </w:p>
    <w:p>
      <w:pPr>
        <w:pStyle w:val="Heading1"/>
      </w:pPr>
      <w:r>
        <w:t>৯. Setup Verification</w:t>
      </w:r>
    </w:p>
    <w:p>
      <w:pPr>
        <w:pStyle w:val="ListNumber"/>
      </w:pPr>
      <w:r>
        <w:rPr>
          <w:rFonts w:ascii="Noto Sans Bengali" w:hAnsi="Noto Sans Bengali" w:eastAsia="Noto Sans Bengali"/>
        </w:rPr>
        <w:t>03-CHECK-LOCAL-UAT-WINDOWS.bat চালান।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04-RUN-SMOKE-TESTS-WINDOWS.bat চালান।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Browser-এ Super Admin login করে “Local UAT &amp; Runtime” screen দেখুন।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/health/ endpoint database status ok দেখায় কি না যাচাই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LOCAL-UAT-SMOKE-RESULT.txt-এ PASS/FAIL ফল সংরক্ষিত হবে।</w:t>
      </w:r>
    </w:p>
    <w:p>
      <w:pPr>
        <w:pStyle w:val="Heading1"/>
      </w:pPr>
      <w:r>
        <w:t>১০. UAT Test Order</w:t>
      </w:r>
    </w:p>
    <w:p>
      <w:r>
        <w:rPr>
          <w:rFonts w:ascii="Noto Sans Bengali" w:hAnsi="Noto Sans Bengali" w:eastAsia="Noto Sans Bengali"/>
        </w:rPr>
        <w:t>Real office operation-এর মতো নিচের sequence অনুসরণ করুন।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Organization/Master Data ও User/Role verify</w:t>
      </w:r>
    </w:p>
    <w:p>
      <w:pPr>
        <w:pStyle w:val="ListNumber"/>
      </w:pPr>
      <w:r>
        <w:rPr>
          <w:rFonts w:ascii="Noto Sans Bengali" w:hAnsi="Noto Sans Bengali" w:eastAsia="Noto Sans Bengali"/>
        </w:rPr>
        <w:t>Employee profile add/edit এবং reporting manager verify</w:t>
      </w:r>
    </w:p>
    <w:p>
      <w:pPr>
        <w:pStyle w:val="ListNumber"/>
      </w:pPr>
      <w:r>
        <w:rPr>
          <w:rFonts w:ascii="Noto Sans Bengali" w:hAnsi="Noto Sans Bengali" w:eastAsia="Noto Sans Bengali"/>
        </w:rPr>
        <w:t>Attendance manual entry ও ZKTeco FO-M1 employee mapping</w:t>
      </w:r>
    </w:p>
    <w:p>
      <w:pPr>
        <w:pStyle w:val="ListNumber"/>
      </w:pPr>
      <w:r>
        <w:rPr>
          <w:rFonts w:ascii="Noto Sans Bengali" w:hAnsi="Noto Sans Bengali" w:eastAsia="Noto Sans Bengali"/>
        </w:rPr>
        <w:t>Employee login দিয়ে Leave/HR Request submit</w:t>
      </w:r>
    </w:p>
    <w:p>
      <w:pPr>
        <w:pStyle w:val="ListNumber"/>
      </w:pPr>
      <w:r>
        <w:rPr>
          <w:rFonts w:ascii="Noto Sans Bengali" w:hAnsi="Noto Sans Bengali" w:eastAsia="Noto Sans Bengali"/>
        </w:rPr>
        <w:t>Manager/HR login দিয়ে Approvals &amp; Tasks থেকে decision</w:t>
      </w:r>
    </w:p>
    <w:p>
      <w:pPr>
        <w:pStyle w:val="ListNumber"/>
      </w:pPr>
      <w:r>
        <w:rPr>
          <w:rFonts w:ascii="Noto Sans Bengali" w:hAnsi="Noto Sans Bengali" w:eastAsia="Noto Sans Bengali"/>
        </w:rPr>
        <w:t>Salary Assignment verify</w:t>
      </w:r>
    </w:p>
    <w:p>
      <w:pPr>
        <w:pStyle w:val="ListNumber"/>
      </w:pPr>
      <w:r>
        <w:rPr>
          <w:rFonts w:ascii="Noto Sans Bengali" w:hAnsi="Noto Sans Bengali" w:eastAsia="Noto Sans Bengali"/>
        </w:rPr>
        <w:t>OT/Bonus/Deduction submit এবং approve</w:t>
      </w:r>
    </w:p>
    <w:p>
      <w:pPr>
        <w:pStyle w:val="ListNumber"/>
      </w:pPr>
      <w:r>
        <w:rPr>
          <w:rFonts w:ascii="Noto Sans Bengali" w:hAnsi="Noto Sans Bengali" w:eastAsia="Noto Sans Bengali"/>
        </w:rPr>
        <w:t>Loan/Advance application → sanction → disbursement → installment schedule</w:t>
      </w:r>
    </w:p>
    <w:p>
      <w:pPr>
        <w:pStyle w:val="ListNumber"/>
      </w:pPr>
      <w:r>
        <w:rPr>
          <w:rFonts w:ascii="Noto Sans Bengali" w:hAnsi="Noto Sans Bengali" w:eastAsia="Noto Sans Bengali"/>
        </w:rPr>
        <w:t>Payroll Period create → Calculate → Review → Approve → Lock</w:t>
      </w:r>
    </w:p>
    <w:p>
      <w:pPr>
        <w:pStyle w:val="ListNumber"/>
      </w:pPr>
      <w:r>
        <w:rPr>
          <w:rFonts w:ascii="Noto Sans Bengali" w:hAnsi="Noto Sans Bengali" w:eastAsia="Noto Sans Bengali"/>
        </w:rPr>
        <w:t>Payslip ও reports verify</w:t>
      </w:r>
    </w:p>
    <w:p>
      <w:pPr>
        <w:pStyle w:val="ListNumber"/>
      </w:pPr>
      <w:r>
        <w:rPr>
          <w:rFonts w:ascii="Noto Sans Bengali" w:hAnsi="Noto Sans Bengali" w:eastAsia="Noto Sans Bengali"/>
        </w:rPr>
        <w:t>Salary dispute/adjustment scenario test</w:t>
      </w:r>
    </w:p>
    <w:p>
      <w:pPr>
        <w:pStyle w:val="ListNumber"/>
      </w:pPr>
      <w:r>
        <w:rPr>
          <w:rFonts w:ascii="Noto Sans Bengali" w:hAnsi="Noto Sans Bengali" w:eastAsia="Noto Sans Bengali"/>
        </w:rPr>
        <w:t>Resignation → clearance → final settlement test</w:t>
      </w:r>
    </w:p>
    <w:p>
      <w:pPr>
        <w:pStyle w:val="ListNumber"/>
      </w:pPr>
      <w:r>
        <w:rPr>
          <w:rFonts w:ascii="Noto Sans Bengali" w:hAnsi="Noto Sans Bengali" w:eastAsia="Noto Sans Bengali"/>
        </w:rPr>
        <w:t>Audit log, backup/restore readiness এবং role permission test</w:t>
      </w:r>
    </w:p>
    <w:p>
      <w:pPr>
        <w:pStyle w:val="Heading1"/>
      </w:pPr>
      <w:r>
        <w:t>১১. ZKTeco FO-M1 Practical Test</w:t>
      </w:r>
    </w:p>
    <w:p>
      <w:r>
        <w:rPr>
          <w:rFonts w:ascii="Noto Sans Bengali" w:hAnsi="Noto Sans Bengali" w:eastAsia="Noto Sans Bengali"/>
        </w:rPr>
        <w:t>UAT package-এ FO-M1 device profile, Machine/User ID ↔ Employee mapping এবং raw punch → daily attendance processing source-level-এ যুক্ত আছে। CSV/USB punch path Local UAT-এ test করা যাবে। Physical FO-M1 proof এবং actual protocol/firmware verify না হওয়া পর্যন্ত Direct TCP/IP/ADMS live connector final PASS ধরা হবে না।</w:t>
      </w:r>
    </w:p>
    <w:p>
      <w:pPr>
        <w:pStyle w:val="ListNumber"/>
      </w:pPr>
      <w:r>
        <w:rPr>
          <w:rFonts w:ascii="Noto Sans Bengali" w:hAnsi="Noto Sans Bengali" w:eastAsia="Noto Sans Bengali"/>
        </w:rPr>
        <w:t>Attendance Devices menu → ZKTeco FO-M1 খুলুন।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Machine User ID 101/102/103/104 sample employees-এর সাথে mapping করা আছে।</w:t>
      </w:r>
    </w:p>
    <w:p>
      <w:pPr>
        <w:pStyle w:val="ListNumber"/>
      </w:pPr>
      <w:r>
        <w:rPr>
          <w:rFonts w:ascii="Noto Sans Bengali" w:hAnsi="Noto Sans Bengali" w:eastAsia="Noto Sans Bengali"/>
        </w:rPr>
        <w:t>Mেশিনে একটি test punch দিন বা machine export file নিন।</w:t>
      </w:r>
    </w:p>
    <w:p>
      <w:pPr>
        <w:pStyle w:val="ListNumber"/>
      </w:pPr>
      <w:r>
        <w:rPr>
          <w:rFonts w:ascii="Noto Sans Bengali" w:hAnsi="Noto Sans Bengali" w:eastAsia="Noto Sans Bengali"/>
        </w:rPr>
        <w:t>CSV format হলে columns রাখুন: device_user_id,punch_time,punch_type</w:t>
      </w:r>
    </w:p>
    <w:p>
      <w:pPr>
        <w:pStyle w:val="ListNumber"/>
      </w:pPr>
      <w:r>
        <w:rPr>
          <w:rFonts w:ascii="Noto Sans Bengali" w:hAnsi="Noto Sans Bengali" w:eastAsia="Noto Sans Bengali"/>
        </w:rPr>
        <w:t>Device screen থেকে Import Punch CSV করুন। Duplicate punch দ্বিতীয়বার import হলে duplicate হিসেবে skip হওয়া উচিত।</w:t>
      </w:r>
    </w:p>
    <w:p>
      <w:pPr>
        <w:pStyle w:val="ListNumber"/>
      </w:pPr>
      <w:r>
        <w:rPr>
          <w:rFonts w:ascii="Noto Sans Bengali" w:hAnsi="Noto Sans Bengali" w:eastAsia="Noto Sans Bengali"/>
        </w:rPr>
        <w:t>FO-M1-LIVE-PUNCH-TEST.csv-এ result লিখুন এবং screenshot নিন।</w:t>
      </w:r>
    </w:p>
    <w:p>
      <w:pPr>
        <w:pStyle w:val="Heading1"/>
      </w:pPr>
      <w:r>
        <w:t>১২. Backup / Verify / Restore</w:t>
      </w:r>
    </w:p>
    <w:p>
      <w:r>
        <w:rPr>
          <w:rFonts w:ascii="Noto Sans Bengali" w:hAnsi="Noto Sans Bengali" w:eastAsia="Noto Sans Bengali"/>
        </w:rPr>
        <w:t>PostgreSQL UAT-এ backup/restore command server console থেকে চালানো হবে। Browser থেকে accidental restore button intentionally রাখা হয়নি।</w:t>
      </w:r>
    </w:p>
    <w:p>
      <w:r>
        <w:t>Backup:  backend\.venv\Scripts\python.exe manage.py backup_database</w:t>
      </w:r>
    </w:p>
    <w:p>
      <w:r>
        <w:t>Verify:  backend\.venv\Scripts\python.exe manage.py verify_backup &lt;backup-file.dump&gt;</w:t>
      </w:r>
    </w:p>
    <w:p>
      <w:r>
        <w:t>Restore: backend\.venv\Scripts\python.exe manage.py restore_database &lt;backup-file.dump&gt; --confirm-db hrpay_uat --confirm-project HRPAY-BMD-20260911-01</w:t>
      </w:r>
    </w:p>
    <w:p>
      <w:r>
        <w:rPr>
          <w:rFonts w:ascii="Noto Sans Bengali" w:hAnsi="Noto Sans Bengali" w:eastAsia="Noto Sans Bengali"/>
        </w:rPr>
        <w:t>Restore-এর আগে command স্বয়ংক্রিয়ভাবে backup verify করে এবং defaultভাবে pre-restore safety backup নেয়।</w:t>
      </w:r>
    </w:p>
    <w:p>
      <w:pPr>
        <w:pStyle w:val="Heading1"/>
      </w:pPr>
      <w:r>
        <w:t>১৩. PHP / SQL Server Team-এর জন্য Code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Django/Python</w:t>
            </w:r>
          </w:p>
        </w:tc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PHP Team-এর পরিচিত সমতুল্য</w:t>
            </w:r>
          </w:p>
        </w:tc>
        <w:tc>
          <w:tcPr>
            <w:tcW w:type="dxa" w:w="3408"/>
            <w:vAlign w:val="center"/>
            <w:shd w:fill="DCE6F2"/>
          </w:tcPr>
          <w:p>
            <w:r/>
            <w:r>
              <w:rPr>
                <w:rFonts w:ascii="Noto Sans Bengali" w:hAnsi="Noto Sans Bengali" w:eastAsia="Noto Sans Bengali"/>
                <w:b/>
                <w:sz w:val="18"/>
              </w:rPr>
              <w:t>Location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urls.py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Route definition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backend/apps/&lt;module&gt;/urls.py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views.py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Controller/action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backend/apps/&lt;module&gt;/views.py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models.py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ORM Entity / Model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backend/apps/&lt;module&gt;/models.py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forms.py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Request validation / Form model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backend/apps/&lt;module&gt;/forms.py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services.py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Business/service layer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backend/apps/&lt;module&gt;/services.py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templates/*.html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View template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backend/templates/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migrations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Schema change history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backend/apps/&lt;module&gt;/migrations/</w:t>
            </w:r>
          </w:p>
        </w:tc>
      </w:tr>
      <w:tr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settings.py + .env.local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App config / connection string</w:t>
            </w:r>
          </w:p>
        </w:tc>
        <w:tc>
          <w:tcPr>
            <w:tcW w:type="dxa" w:w="3408"/>
            <w:vAlign w:val="center"/>
          </w:tcPr>
          <w:p>
            <w:r/>
            <w:r>
              <w:rPr>
                <w:rFonts w:ascii="Noto Sans Bengali" w:hAnsi="Noto Sans Bengali" w:eastAsia="Noto Sans Bengali"/>
                <w:b w:val="0"/>
                <w:sz w:val="17"/>
              </w:rPr>
              <w:t>backend/config/settings.py</w:t>
            </w:r>
          </w:p>
        </w:tc>
      </w:tr>
    </w:tbl>
    <w:p/>
    <w:p>
      <w:r>
        <w:rPr>
          <w:rFonts w:ascii="Noto Sans Bengali" w:hAnsi="Noto Sans Bengali" w:eastAsia="Noto Sans Bengali"/>
        </w:rPr>
        <w:t>Database table manually ALTER না করে model change → migration → test → deploy পদ্ধতি অনুসরণ করতে হবে। Payroll/financial data manual SQL দিয়ে edit করা হলে auditability নষ্ট হতে পারে।</w:t>
      </w:r>
    </w:p>
    <w:p>
      <w:pPr>
        <w:pStyle w:val="Heading1"/>
      </w:pPr>
      <w:r>
        <w:t>১৪. Bug Report করার নিয়ম</w:t>
      </w:r>
    </w:p>
    <w:p>
      <w:r>
        <w:rPr>
          <w:rFonts w:ascii="Noto Sans Bengali" w:hAnsi="Noto Sans Bengali" w:eastAsia="Noto Sans Bengali"/>
        </w:rPr>
        <w:t>প্রতিটি Bug-এর জন্য BUG-LOG-TEMPLATE.csv ব্যবহার করুন। সম্ভব হলে একটি screenshot দিন। নিচের তথ্য থাকলে correction দ্রুত করা যায়:</w:t>
      </w:r>
    </w:p>
    <w:p>
      <w:pPr>
        <w:pStyle w:val="ListBullet"/>
      </w:pPr>
      <w:r>
        <w:rPr>
          <w:rFonts w:ascii="Noto Sans Bengali" w:hAnsi="Noto Sans Bengali" w:eastAsia="Noto Sans Bengali"/>
        </w:rPr>
        <w:t>Bug ID</w:t>
      </w:r>
    </w:p>
    <w:p>
      <w:pPr>
        <w:pStyle w:val="ListBullet"/>
      </w:pPr>
      <w:r>
        <w:rPr>
          <w:rFonts w:ascii="Noto Sans Bengali" w:hAnsi="Noto Sans Bengali" w:eastAsia="Noto Sans Bengali"/>
        </w:rPr>
        <w:t>Login/Role</w:t>
      </w:r>
    </w:p>
    <w:p>
      <w:pPr>
        <w:pStyle w:val="ListBullet"/>
      </w:pPr>
      <w:r>
        <w:rPr>
          <w:rFonts w:ascii="Noto Sans Bengali" w:hAnsi="Noto Sans Bengali" w:eastAsia="Noto Sans Bengali"/>
        </w:rPr>
        <w:t>Module/Menu</w:t>
      </w:r>
    </w:p>
    <w:p>
      <w:pPr>
        <w:pStyle w:val="ListBullet"/>
      </w:pPr>
      <w:r>
        <w:rPr>
          <w:rFonts w:ascii="Noto Sans Bengali" w:hAnsi="Noto Sans Bengali" w:eastAsia="Noto Sans Bengali"/>
        </w:rPr>
        <w:t>কি করতে চেয়েছিলেন</w:t>
      </w:r>
    </w:p>
    <w:p>
      <w:pPr>
        <w:pStyle w:val="ListBullet"/>
      </w:pPr>
      <w:r>
        <w:rPr>
          <w:rFonts w:ascii="Noto Sans Bengali" w:hAnsi="Noto Sans Bengali" w:eastAsia="Noto Sans Bengali"/>
        </w:rPr>
        <w:t>কি result পেয়েছেন</w:t>
      </w:r>
    </w:p>
    <w:p>
      <w:pPr>
        <w:pStyle w:val="ListBullet"/>
      </w:pPr>
      <w:r>
        <w:rPr>
          <w:rFonts w:ascii="Noto Sans Bengali" w:hAnsi="Noto Sans Bengali" w:eastAsia="Noto Sans Bengali"/>
        </w:rPr>
        <w:t>Expected result</w:t>
      </w:r>
    </w:p>
    <w:p>
      <w:pPr>
        <w:pStyle w:val="ListBullet"/>
      </w:pPr>
      <w:r>
        <w:rPr>
          <w:rFonts w:ascii="Noto Sans Bengali" w:hAnsi="Noto Sans Bengali" w:eastAsia="Noto Sans Bengali"/>
        </w:rPr>
        <w:t>Screenshot filename</w:t>
      </w:r>
    </w:p>
    <w:p>
      <w:pPr>
        <w:pStyle w:val="ListBullet"/>
      </w:pPr>
      <w:r>
        <w:rPr>
          <w:rFonts w:ascii="Noto Sans Bengali" w:hAnsi="Noto Sans Bengali" w:eastAsia="Noto Sans Bengali"/>
        </w:rPr>
        <w:t>Severity: Critical/High/Medium/Low</w:t>
      </w:r>
    </w:p>
    <w:p>
      <w:pPr>
        <w:pStyle w:val="ListBullet"/>
      </w:pPr>
      <w:r>
        <w:rPr>
          <w:rFonts w:ascii="Noto Sans Bengali" w:hAnsi="Noto Sans Bengali" w:eastAsia="Noto Sans Bengali"/>
        </w:rPr>
        <w:t>Exact date/time</w:t>
      </w:r>
    </w:p>
    <w:p>
      <w:pPr>
        <w:pStyle w:val="Heading1"/>
      </w:pPr>
      <w:r>
        <w:t>১৫. Trial থেকে Final Release-এ যাওয়ার Gate</w:t>
      </w:r>
    </w:p>
    <w:p>
      <w:pPr>
        <w:pStyle w:val="ListBullet"/>
      </w:pPr>
      <w:r>
        <w:rPr>
          <w:rFonts w:ascii="Noto Sans Bengali" w:hAnsi="Noto Sans Bengali" w:eastAsia="Noto Sans Bengali"/>
        </w:rPr>
        <w:t>Frozen migration snapshot generate + drift check PASS, তারপর Fresh PostgreSQL UAT database-এ runtime smoke test PASS</w:t>
      </w:r>
    </w:p>
    <w:p>
      <w:pPr>
        <w:pStyle w:val="ListBullet"/>
      </w:pPr>
      <w:r>
        <w:rPr>
          <w:rFonts w:ascii="Noto Sans Bengali" w:hAnsi="Noto Sans Bengali" w:eastAsia="Noto Sans Bengali"/>
        </w:rPr>
        <w:t>18টি P0/Critical এবং 33টি P1 runtime verification scenario evidenceসহ PASS</w:t>
      </w:r>
    </w:p>
    <w:p>
      <w:pPr>
        <w:pStyle w:val="ListBullet"/>
      </w:pPr>
      <w:r>
        <w:rPr>
          <w:rFonts w:ascii="Noto Sans Bengali" w:hAnsi="Noto Sans Bengali" w:eastAsia="Noto Sans Bengali"/>
        </w:rPr>
        <w:t>FO-M1 actual device punch → raw punch → daily attendance → payroll impact end-to-end test completed</w:t>
      </w:r>
    </w:p>
    <w:p>
      <w:pPr>
        <w:pStyle w:val="ListBullet"/>
      </w:pPr>
      <w:r>
        <w:rPr>
          <w:rFonts w:ascii="Noto Sans Bengali" w:hAnsi="Noto Sans Bengali" w:eastAsia="Noto Sans Bengali"/>
        </w:rPr>
        <w:t>Parallel payroll manual/Excel-এর সাথে reconcile করা</w:t>
      </w:r>
    </w:p>
    <w:p>
      <w:pPr>
        <w:pStyle w:val="ListBullet"/>
      </w:pPr>
      <w:r>
        <w:rPr>
          <w:rFonts w:ascii="Noto Sans Bengali" w:hAnsi="Noto Sans Bengali" w:eastAsia="Noto Sans Bengali"/>
        </w:rPr>
        <w:t>Backup → checksum verify → clean restore → control total reconciliation PASS</w:t>
      </w:r>
    </w:p>
    <w:p>
      <w:pPr>
        <w:pStyle w:val="ListBullet"/>
      </w:pPr>
      <w:r>
        <w:rPr>
          <w:rFonts w:ascii="Noto Sans Bengali" w:hAnsi="Noto Sans Bengali" w:eastAsia="Noto Sans Bengali"/>
        </w:rPr>
        <w:t>Critical/High bugs = 0</w:t>
      </w:r>
    </w:p>
    <w:p>
      <w:pPr>
        <w:pStyle w:val="ListBullet"/>
      </w:pPr>
      <w:r>
        <w:rPr>
          <w:rFonts w:ascii="Noto Sans Bengali" w:hAnsi="Noto Sans Bengali" w:eastAsia="Noto Sans Bengali"/>
        </w:rPr>
        <w:t>UAT sample users/data production থেকে সরানো</w:t>
      </w:r>
    </w:p>
    <w:p>
      <w:pPr>
        <w:pStyle w:val="ListBullet"/>
      </w:pPr>
      <w:r>
        <w:rPr>
          <w:rFonts w:ascii="Noto Sans Bengali" w:hAnsi="Noto Sans Bengali" w:eastAsia="Noto Sans Bengali"/>
        </w:rPr>
        <w:t>Production HTTPS, strong secret, DEBUG=False, backup schedule final</w:t>
      </w:r>
    </w:p>
    <w:p>
      <w:pPr>
        <w:pStyle w:val="ListBullet"/>
      </w:pPr>
      <w:r>
        <w:rPr>
          <w:rFonts w:ascii="Noto Sans Bengali" w:hAnsi="Noto Sans Bengali" w:eastAsia="Noto Sans Bengali"/>
        </w:rPr>
        <w:t>Final source, frozen migrations, deployment guide ও version v1.0.0 handover</w:t>
      </w:r>
    </w:p>
    <w:p>
      <w:pPr>
        <w:pStyle w:val="Heading1"/>
      </w:pPr>
      <w:r>
        <w:t>১৬. Known Trial Boundaries</w:t>
      </w:r>
    </w:p>
    <w:p>
      <w:pPr>
        <w:pStyle w:val="ListBullet"/>
      </w:pPr>
      <w:r>
        <w:rPr>
          <w:rFonts w:ascii="Noto Sans Bengali" w:hAnsi="Noto Sans Bengali" w:eastAsia="Noto Sans Bengali"/>
        </w:rPr>
        <w:t>এই v0.39.4-dev Consolidated source-এর P0/P1/P2 static verification এবং Python compile cross-check করা হয়েছে। তবে frozen migration generation, full Django/PostgreSQL runtime regression, backup/restore proof এবং physical FO-M1 test Local UAT server-এই সম্পন্ন করতে হবে।</w:t>
      </w:r>
    </w:p>
    <w:p>
      <w:pPr>
        <w:pStyle w:val="ListBullet"/>
      </w:pPr>
      <w:r>
        <w:rPr>
          <w:rFonts w:ascii="Noto Sans Bengali" w:hAnsi="Noto Sans Bengali" w:eastAsia="Noto Sans Bengali"/>
        </w:rPr>
        <w:t>FO-M1 direct TCP/IP বা ADMS connector firmware/protocol verify না হওয়া পর্যন্ত final হিসেবে দাবি করা হচ্ছে না; CSV/USB punch ingest test path প্রস্তুত।</w:t>
      </w:r>
    </w:p>
    <w:p>
      <w:pPr>
        <w:pStyle w:val="ListBullet"/>
      </w:pPr>
      <w:r>
        <w:rPr>
          <w:rFonts w:ascii="Noto Sans Bengali" w:hAnsi="Noto Sans Bengali" w:eastAsia="Noto Sans Bengali"/>
        </w:rPr>
        <w:t>Data Import &amp; Migration engine-এ Upload → Validate → Preview → Confirm transaction flow source-level-এ যুক্ত আছে। Real office bulk import-এর আগে fresh UAT database, validation preview, backup এবং reconciliation বাধ্যতামূলক।</w:t>
      </w:r>
    </w:p>
    <w:p>
      <w:pPr>
        <w:pStyle w:val="ListBullet"/>
      </w:pPr>
      <w:r>
        <w:rPr>
          <w:rFonts w:ascii="Noto Sans Bengali" w:hAnsi="Noto Sans Bengali" w:eastAsia="Noto Sans Bengali"/>
        </w:rPr>
        <w:t>Local UAT-এর runserver production web server নয়; final live deployment-এ hardened application server/reverse proxy/HTTPS ব্যবহার হবে।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Bengali" w:hAnsi="Noto Sans Bengali" w:eastAsia="Noto Sans Bengal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Bengali" w:hAnsi="Noto Sans Bengali" w:eastAsia="Noto Sans Bengal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Bengali" w:hAnsi="Noto Sans Bengali" w:eastAsia="Noto Sans Bengal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Bengali" w:hAnsi="Noto Sans Bengali" w:eastAsia="Noto Sans Bengal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Bengali" w:hAnsi="Noto Sans Bengali" w:eastAsia="Noto Sans Bengal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Bengali" w:hAnsi="Noto Sans Bengali" w:eastAsia="Noto Sans Bengal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